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B8CCE6" w14:textId="77777777" w:rsidR="00C33D49" w:rsidRDefault="00000000">
      <w:pPr>
        <w:spacing w:after="40" w:line="240" w:lineRule="auto"/>
        <w:jc w:val="center"/>
        <w:rPr>
          <w:rFonts w:ascii="Arial" w:eastAsia="Arial" w:hAnsi="Arial" w:cs="Arial"/>
          <w:b/>
          <w:bCs/>
          <w:color w:val="28166F"/>
          <w:sz w:val="44"/>
          <w:szCs w:val="44"/>
        </w:rPr>
      </w:pPr>
      <w:r>
        <w:rPr>
          <w:rFonts w:ascii="Arial" w:eastAsia="Arial" w:hAnsi="Arial" w:cs="Arial"/>
          <w:b/>
          <w:bCs/>
          <w:noProof/>
          <w:color w:val="28166F"/>
          <w:sz w:val="44"/>
          <w:szCs w:val="44"/>
        </w:rPr>
        <w:drawing>
          <wp:inline distT="0" distB="0" distL="0" distR="0" wp14:anchorId="5A0166FC" wp14:editId="02D8C145">
            <wp:extent cx="2118264" cy="1200772"/>
            <wp:effectExtent l="0" t="0" r="0" b="0"/>
            <wp:docPr id="198498542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8264" cy="12007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996F1D" w14:textId="77777777" w:rsidR="00C33D49" w:rsidRDefault="00000000">
      <w:pPr>
        <w:spacing w:before="20" w:after="20" w:line="240" w:lineRule="auto"/>
        <w:jc w:val="center"/>
        <w:rPr>
          <w:sz w:val="32"/>
          <w:szCs w:val="32"/>
        </w:rPr>
      </w:pPr>
      <w:r>
        <w:rPr>
          <w:rFonts w:ascii="Arial" w:eastAsia="Arial" w:hAnsi="Arial" w:cs="Arial"/>
          <w:b/>
          <w:bCs/>
          <w:color w:val="28166F"/>
          <w:sz w:val="44"/>
          <w:szCs w:val="44"/>
        </w:rPr>
        <w:t>North Creek High School PTSA ROSTER 2026-2027</w:t>
      </w:r>
    </w:p>
    <w:p w14:paraId="1A48AA64" w14:textId="733DD62E" w:rsidR="00C33D49" w:rsidRDefault="00000000">
      <w:pPr>
        <w:spacing w:after="100" w:line="240" w:lineRule="auto"/>
        <w:jc w:val="center"/>
        <w:rPr>
          <w:sz w:val="32"/>
          <w:szCs w:val="32"/>
        </w:rPr>
      </w:pPr>
      <w:r>
        <w:rPr>
          <w:rFonts w:ascii="Arial" w:eastAsia="Arial" w:hAnsi="Arial" w:cs="Arial"/>
          <w:color w:val="39B927"/>
          <w:sz w:val="21"/>
          <w:szCs w:val="21"/>
        </w:rPr>
        <w:t xml:space="preserve">Updated </w:t>
      </w:r>
      <w:r w:rsidR="005455D5">
        <w:rPr>
          <w:rFonts w:ascii="Arial" w:eastAsia="Arial" w:hAnsi="Arial" w:cs="Arial"/>
          <w:color w:val="39B927"/>
          <w:sz w:val="21"/>
          <w:szCs w:val="21"/>
        </w:rPr>
        <w:t>10</w:t>
      </w:r>
      <w:r>
        <w:rPr>
          <w:rFonts w:ascii="Arial" w:eastAsia="Arial" w:hAnsi="Arial" w:cs="Arial"/>
          <w:color w:val="39B927"/>
          <w:sz w:val="21"/>
          <w:szCs w:val="21"/>
        </w:rPr>
        <w:t>/2026</w:t>
      </w:r>
    </w:p>
    <w:tbl>
      <w:tblPr>
        <w:tblStyle w:val="a"/>
        <w:tblW w:w="11231" w:type="dxa"/>
        <w:jc w:val="center"/>
        <w:tblLayout w:type="fixed"/>
        <w:tblLook w:val="0400" w:firstRow="0" w:lastRow="0" w:firstColumn="0" w:lastColumn="0" w:noHBand="0" w:noVBand="1"/>
      </w:tblPr>
      <w:tblGrid>
        <w:gridCol w:w="3527"/>
        <w:gridCol w:w="2880"/>
        <w:gridCol w:w="4824"/>
      </w:tblGrid>
      <w:tr w:rsidR="00C33D49" w14:paraId="6CDEBA8F" w14:textId="77777777" w:rsidTr="00A74BF5">
        <w:trPr>
          <w:trHeight w:val="518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0BD85BB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Executive Committee</w:t>
            </w: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br/>
              <w:t>(Elected Officers)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1C05B1C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Name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B740488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Email</w:t>
            </w:r>
          </w:p>
        </w:tc>
      </w:tr>
      <w:tr w:rsidR="00C33D49" w14:paraId="61292CBD" w14:textId="77777777" w:rsidTr="00BE4B23">
        <w:trPr>
          <w:trHeight w:val="485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7A7E208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Co-Presidents: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E971DE7" w14:textId="27B9E1E3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Monika Logamwar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6630E52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president@northcreekptsa.com</w:t>
            </w:r>
          </w:p>
        </w:tc>
      </w:tr>
      <w:tr w:rsidR="00C33D49" w14:paraId="31BB6EAC" w14:textId="77777777" w:rsidTr="00066692">
        <w:trPr>
          <w:trHeight w:val="413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3A63D68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Vice President: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B8E8418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Christina Swanson-Perrin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56E40DE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vpcoms@northcreekptsa.com</w:t>
            </w:r>
          </w:p>
        </w:tc>
      </w:tr>
      <w:tr w:rsidR="00A74BF5" w14:paraId="33ABA1D1" w14:textId="77777777" w:rsidTr="00066692">
        <w:trPr>
          <w:trHeight w:val="377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7D7584D" w14:textId="62EB3202" w:rsidR="00A74BF5" w:rsidRDefault="00A74BF5" w:rsidP="00A74BF5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Treasurer: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B6342B6" w14:textId="73EA6A30" w:rsidR="00A74BF5" w:rsidRDefault="00A74BF5" w:rsidP="00A74BF5">
            <w:pPr>
              <w:spacing w:after="0" w:line="240" w:lineRule="auto"/>
              <w:rPr>
                <w:rFonts w:ascii="Arial" w:eastAsia="Arial" w:hAnsi="Arial" w:cs="Arial"/>
                <w:color w:val="222222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Sreeni Gorthi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A031790" w14:textId="02F8B01F" w:rsidR="00A74BF5" w:rsidRDefault="00A74BF5" w:rsidP="00A74BF5">
            <w:pPr>
              <w:spacing w:after="0" w:line="240" w:lineRule="auto"/>
              <w:rPr>
                <w:rFonts w:ascii="Arial" w:eastAsia="Arial" w:hAnsi="Arial" w:cs="Arial"/>
                <w:color w:val="30256F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treasurer@northcreekptsa.com</w:t>
            </w:r>
          </w:p>
        </w:tc>
      </w:tr>
      <w:tr w:rsidR="00A74BF5" w14:paraId="0E211A0A" w14:textId="77777777" w:rsidTr="00A74BF5">
        <w:trPr>
          <w:trHeight w:val="309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BBB1868" w14:textId="634E34F9" w:rsidR="00A74BF5" w:rsidRDefault="00A74BF5" w:rsidP="00A74BF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Co-Secretaries: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3A44418" w14:textId="45308651" w:rsidR="00A74BF5" w:rsidRDefault="00A74BF5" w:rsidP="00A74BF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Han Wexler</w:t>
            </w: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br/>
              <w:t>Dhara Rajagopala</w:t>
            </w:r>
            <w:r w:rsidR="00E77A6C">
              <w:rPr>
                <w:rFonts w:ascii="Arial" w:eastAsia="Arial" w:hAnsi="Arial" w:cs="Arial"/>
                <w:color w:val="222222"/>
                <w:sz w:val="21"/>
                <w:szCs w:val="21"/>
              </w:rPr>
              <w:t>n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FD51F5D" w14:textId="615470DA" w:rsidR="00A74BF5" w:rsidRDefault="00A74BF5" w:rsidP="00A74BF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secretary@northcreekptsa.com</w:t>
            </w:r>
          </w:p>
        </w:tc>
      </w:tr>
    </w:tbl>
    <w:p w14:paraId="26F0B0A6" w14:textId="77777777" w:rsidR="00C33D49" w:rsidRDefault="00C33D49">
      <w:pPr>
        <w:spacing w:after="20" w:line="168" w:lineRule="auto"/>
        <w:rPr>
          <w:sz w:val="32"/>
          <w:szCs w:val="32"/>
        </w:rPr>
      </w:pPr>
    </w:p>
    <w:tbl>
      <w:tblPr>
        <w:tblStyle w:val="a0"/>
        <w:tblW w:w="11188" w:type="dxa"/>
        <w:jc w:val="center"/>
        <w:tblLayout w:type="fixed"/>
        <w:tblLook w:val="0400" w:firstRow="0" w:lastRow="0" w:firstColumn="0" w:lastColumn="0" w:noHBand="0" w:noVBand="1"/>
      </w:tblPr>
      <w:tblGrid>
        <w:gridCol w:w="3514"/>
        <w:gridCol w:w="2869"/>
        <w:gridCol w:w="4805"/>
      </w:tblGrid>
      <w:tr w:rsidR="00C33D49" w14:paraId="74380968" w14:textId="77777777">
        <w:trPr>
          <w:trHeight w:val="518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3025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AB5A0ED" w14:textId="77777777" w:rsidR="00C33D4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 xml:space="preserve">Standing Committee Chairs </w:t>
            </w:r>
          </w:p>
          <w:p w14:paraId="24EB8F06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(appointed board members)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3025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BDA9472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Name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3025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7DCD42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Email</w:t>
            </w:r>
          </w:p>
        </w:tc>
      </w:tr>
      <w:tr w:rsidR="00674DA5" w14:paraId="4A2954B7" w14:textId="77777777">
        <w:trPr>
          <w:trHeight w:val="366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4CDCFF9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Advocacy Chair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6B03A3C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39B927"/>
                <w:sz w:val="21"/>
                <w:szCs w:val="21"/>
              </w:rPr>
              <w:t>OPEN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1B6BACF" w14:textId="2D4AEAD9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hyperlink r:id="rId7" w:history="1">
              <w:r>
                <w:rPr>
                  <w:rStyle w:val="Hyperlink"/>
                  <w:rFonts w:ascii="Arial" w:eastAsia="Arial" w:hAnsi="Arial" w:cs="Arial"/>
                  <w:sz w:val="21"/>
                  <w:szCs w:val="21"/>
                </w:rPr>
                <w:t>jaguars@northcreekptsa.com</w:t>
              </w:r>
            </w:hyperlink>
          </w:p>
        </w:tc>
      </w:tr>
      <w:tr w:rsidR="00674DA5" w14:paraId="25669C62" w14:textId="77777777">
        <w:trPr>
          <w:trHeight w:val="366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EA3CF31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Membership Chair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D50550E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Ashley Watts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DDBD426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membership@northcreekptsa.com</w:t>
            </w:r>
          </w:p>
        </w:tc>
      </w:tr>
      <w:tr w:rsidR="00674DA5" w14:paraId="16164C57" w14:textId="77777777">
        <w:trPr>
          <w:trHeight w:val="335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C8A28B3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NCHS/Skyview PTSA Food Pantry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4857B6" w14:textId="7C55B105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Melissa Kline 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1599E2E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nchs.sms.foodpantry@gmail.com</w:t>
            </w:r>
          </w:p>
        </w:tc>
      </w:tr>
      <w:tr w:rsidR="00674DA5" w14:paraId="60DB99BF" w14:textId="77777777">
        <w:trPr>
          <w:trHeight w:val="396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07B6238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Staff Appreciation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873FC86" w14:textId="6694888D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Meera Venkatesan &amp; Chandrika Pallakonda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4AB7606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staffappreciation@northcreekptsa.com</w:t>
            </w:r>
          </w:p>
        </w:tc>
      </w:tr>
      <w:tr w:rsidR="00674DA5" w14:paraId="51845FD2" w14:textId="77777777">
        <w:trPr>
          <w:trHeight w:val="396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3A61EDC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Newsletter &amp; Website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6FABC07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Christina Swanson-Perrin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C0C5E25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vpcoms@northcreekptsa.com</w:t>
            </w:r>
          </w:p>
        </w:tc>
      </w:tr>
    </w:tbl>
    <w:p w14:paraId="5E5CE5D6" w14:textId="77777777" w:rsidR="00C33D49" w:rsidRDefault="00C33D49">
      <w:pPr>
        <w:spacing w:after="20" w:line="168" w:lineRule="auto"/>
        <w:rPr>
          <w:sz w:val="32"/>
          <w:szCs w:val="32"/>
        </w:rPr>
      </w:pPr>
    </w:p>
    <w:tbl>
      <w:tblPr>
        <w:tblStyle w:val="a1"/>
        <w:tblW w:w="11231" w:type="dxa"/>
        <w:jc w:val="center"/>
        <w:tblLayout w:type="fixed"/>
        <w:tblLook w:val="0400" w:firstRow="0" w:lastRow="0" w:firstColumn="0" w:lastColumn="0" w:noHBand="0" w:noVBand="1"/>
      </w:tblPr>
      <w:tblGrid>
        <w:gridCol w:w="3527"/>
        <w:gridCol w:w="2880"/>
        <w:gridCol w:w="4824"/>
      </w:tblGrid>
      <w:tr w:rsidR="00C33D49" w14:paraId="3453C8B1" w14:textId="77777777" w:rsidTr="00674DA5">
        <w:trPr>
          <w:trHeight w:val="518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CEA27D2" w14:textId="77777777" w:rsidR="00C33D4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 xml:space="preserve">Ad Hoc Committee Chairs  </w:t>
            </w:r>
          </w:p>
          <w:p w14:paraId="2E067E67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(appointed non-board members)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A2C0A76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Name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69A30EE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Email</w:t>
            </w:r>
          </w:p>
        </w:tc>
      </w:tr>
      <w:tr w:rsidR="00674DA5" w14:paraId="76A01BCD" w14:textId="77777777" w:rsidTr="00674DA5">
        <w:trPr>
          <w:trHeight w:val="453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D470AEA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Financial Review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97A79F6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39B927"/>
                <w:sz w:val="21"/>
                <w:szCs w:val="21"/>
              </w:rPr>
              <w:t>OPEN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AA5D317" w14:textId="35355274" w:rsidR="00674DA5" w:rsidRPr="00674DA5" w:rsidRDefault="00674DA5" w:rsidP="00674DA5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hyperlink r:id="rId8" w:history="1">
              <w:r w:rsidRPr="00301B63">
                <w:rPr>
                  <w:rStyle w:val="Hyperlink"/>
                  <w:rFonts w:ascii="Arial" w:hAnsi="Arial" w:cs="Arial"/>
                  <w:sz w:val="21"/>
                  <w:szCs w:val="21"/>
                </w:rPr>
                <w:t>jaguars@northcreekptsa.com</w:t>
              </w:r>
            </w:hyperlink>
          </w:p>
        </w:tc>
      </w:tr>
      <w:tr w:rsidR="00674DA5" w14:paraId="0B8DD277" w14:textId="77777777" w:rsidTr="00674DA5">
        <w:trPr>
          <w:trHeight w:val="415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5790BD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Grants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55899DE" w14:textId="61AFFD28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Board Members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313D98D" w14:textId="6F065C76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jaguars@northcreekptsa.com</w:t>
            </w:r>
          </w:p>
        </w:tc>
      </w:tr>
      <w:tr w:rsidR="00674DA5" w14:paraId="7BEC8791" w14:textId="77777777" w:rsidTr="00674DA5">
        <w:trPr>
          <w:trHeight w:val="453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CFC358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Intercultural Festival PTSA Rep.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F85F5EF" w14:textId="378FC27F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Barby Taheri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138D268" w14:textId="61C0EA58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hyperlink r:id="rId9" w:history="1">
              <w:r w:rsidRPr="00301B63">
                <w:rPr>
                  <w:rStyle w:val="Hyperlink"/>
                  <w:rFonts w:ascii="Arial" w:eastAsia="Arial" w:hAnsi="Arial" w:cs="Arial"/>
                  <w:sz w:val="21"/>
                  <w:szCs w:val="21"/>
                </w:rPr>
                <w:t>jaguars@northcreekptsa.com</w:t>
              </w:r>
            </w:hyperlink>
          </w:p>
        </w:tc>
      </w:tr>
      <w:tr w:rsidR="00674DA5" w14:paraId="01508B2F" w14:textId="77777777" w:rsidTr="00674DA5">
        <w:trPr>
          <w:trHeight w:val="453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C19B0D3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Nominating Committee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0A16A4A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39B927"/>
                <w:sz w:val="21"/>
                <w:szCs w:val="21"/>
              </w:rPr>
              <w:t>OPEN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777858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nomcom@northcreekptsa.com</w:t>
            </w:r>
          </w:p>
        </w:tc>
      </w:tr>
      <w:tr w:rsidR="00674DA5" w14:paraId="5D9DDC67" w14:textId="77777777" w:rsidTr="00674DA5">
        <w:trPr>
          <w:trHeight w:val="490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9F83AEE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Reflections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2F9806D" w14:textId="7F7A4DC2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Christina Swanson-Perrin 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8C08AEA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reflections@northcreekptsa.com</w:t>
            </w:r>
          </w:p>
        </w:tc>
      </w:tr>
    </w:tbl>
    <w:p w14:paraId="0C1D561E" w14:textId="77777777" w:rsidR="00C33D49" w:rsidRDefault="00C33D49">
      <w:pPr>
        <w:spacing w:after="20" w:line="168" w:lineRule="auto"/>
        <w:rPr>
          <w:sz w:val="32"/>
          <w:szCs w:val="32"/>
        </w:rPr>
      </w:pPr>
    </w:p>
    <w:p w14:paraId="5C7D6DFA" w14:textId="77777777" w:rsidR="00C33D49" w:rsidRDefault="00C33D49">
      <w:pPr>
        <w:spacing w:after="20" w:line="168" w:lineRule="auto"/>
        <w:rPr>
          <w:sz w:val="32"/>
          <w:szCs w:val="32"/>
        </w:rPr>
      </w:pPr>
    </w:p>
    <w:p w14:paraId="52F0E8AF" w14:textId="77777777" w:rsidR="00C33D49" w:rsidRDefault="00C33D49">
      <w:pPr>
        <w:spacing w:after="20" w:line="168" w:lineRule="auto"/>
        <w:rPr>
          <w:sz w:val="32"/>
          <w:szCs w:val="32"/>
        </w:rPr>
      </w:pPr>
    </w:p>
    <w:p w14:paraId="7F1B6BBE" w14:textId="77777777" w:rsidR="00C33D49" w:rsidRDefault="00C33D49">
      <w:pPr>
        <w:spacing w:after="20" w:line="168" w:lineRule="auto"/>
        <w:rPr>
          <w:sz w:val="32"/>
          <w:szCs w:val="32"/>
        </w:rPr>
      </w:pPr>
    </w:p>
    <w:sectPr w:rsidR="00C33D49">
      <w:pgSz w:w="12240" w:h="15840"/>
      <w:pgMar w:top="403" w:right="504" w:bottom="403" w:left="50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8CF29D7-87D9-CE4B-BC61-F665E67AAB59}"/>
    <w:embedBold r:id="rId2" w:fontKey="{FC42F735-3E29-084A-9590-D2D1A5F33B41}"/>
    <w:embedItalic r:id="rId3" w:fontKey="{5D91BC63-42E4-5447-BED7-D41B5B2C138D}"/>
    <w:embedBoldItalic r:id="rId4" w:fontKey="{77816977-23BE-8549-AB98-433322EC84C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89BA3A47-AFAF-7D45-B7A5-D25F088B2BA0}"/>
    <w:embedBold r:id="rId6" w:fontKey="{59AE25E1-9940-6D45-9150-399FDBA3387D}"/>
    <w:embedItalic r:id="rId7" w:fontKey="{34B80EA0-451D-FC42-86ED-B89726CFB40F}"/>
    <w:embedBoldItalic r:id="rId8" w:fontKey="{11F4733A-9063-9C45-B413-2710553BEE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9" w:fontKey="{4A9208EE-4DF8-AF4B-8E6B-19D8B7D5E461}"/>
    <w:embedBold r:id="rId10" w:fontKey="{AD40BB51-EAE5-D348-9168-855358FDCBF3}"/>
    <w:embedItalic r:id="rId11" w:fontKey="{35A9751B-CF17-F144-AAC4-F57C4E9EB7A5}"/>
    <w:embedBoldItalic r:id="rId12" w:fontKey="{9CA110C1-6AE5-D047-82F5-2695E61C7DE2}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3" w:fontKey="{4CDFCEB7-9455-9F42-804B-08CA01775C1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4" w:fontKey="{8FEF24B6-837C-184F-887D-29BAFF088269}"/>
    <w:embedBold r:id="rId15" w:fontKey="{2CBA074B-65D1-7E49-8FB8-1D494C48530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F045A2"/>
    <w:multiLevelType w:val="multilevel"/>
    <w:tmpl w:val="5B621820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74477867">
    <w:abstractNumId w:val="0"/>
  </w:num>
  <w:num w:numId="2" w16cid:durableId="1382249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74895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33988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51240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21378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D49"/>
    <w:rsid w:val="00066692"/>
    <w:rsid w:val="000B57EE"/>
    <w:rsid w:val="002A2786"/>
    <w:rsid w:val="003029E2"/>
    <w:rsid w:val="005455D5"/>
    <w:rsid w:val="00674DA5"/>
    <w:rsid w:val="0070013D"/>
    <w:rsid w:val="00A74BF5"/>
    <w:rsid w:val="00BE4B23"/>
    <w:rsid w:val="00C33D49"/>
    <w:rsid w:val="00D9307F"/>
    <w:rsid w:val="00DB5285"/>
    <w:rsid w:val="00E7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DA9044"/>
  <w15:docId w15:val="{D8ABC496-6A8C-BE4F-B342-42F8786A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pple-converted-space">
    <w:name w:val="apple-converted-space"/>
    <w:basedOn w:val="DefaultParagraphFont"/>
    <w:rsid w:val="00DB5285"/>
  </w:style>
  <w:style w:type="character" w:styleId="Hyperlink">
    <w:name w:val="Hyperlink"/>
    <w:basedOn w:val="DefaultParagraphFont"/>
    <w:uiPriority w:val="99"/>
    <w:unhideWhenUsed/>
    <w:rsid w:val="000B57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guars@northcreekptsa.com" TargetMode="External"/><Relationship Id="rId3" Type="http://schemas.openxmlformats.org/officeDocument/2006/relationships/styles" Target="styles.xml"/><Relationship Id="rId7" Type="http://schemas.openxmlformats.org/officeDocument/2006/relationships/hyperlink" Target="file:///Users/christina/Downloads/jaguars@northcreekptsa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aguars@northcreekptsa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fhqU+uXbbbwOSr9isUIcCv+0ng==">CgMxLjA4AHIhMU1Va2stemlCSkh5cUpMRHdVZVZYamJQTzNEY2puMkw1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Christina Swanson</cp:lastModifiedBy>
  <cp:revision>2</cp:revision>
  <dcterms:created xsi:type="dcterms:W3CDTF">2026-10-30T23:52:00Z</dcterms:created>
  <dcterms:modified xsi:type="dcterms:W3CDTF">2026-10-30T23:52:00Z</dcterms:modified>
</cp:coreProperties>
</file>